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מחלה שעולה על מטוס</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איך טיסות מקשרות בין יבשות ועוזרות למחלות להתפשט מהר</w:t>
      </w:r>
    </w:p>
    <w:p>
      <w:pPr>
        <w:bidi/>
        <w:spacing w:after="80"/>
        <w:jc w:val="right"/>
      </w:pPr>
      <w:r>
        <w:rPr>
          <w:rFonts w:ascii="Arial" w:hAnsi="Arial" w:cs="Arial" w:eastAsia="Arial"/>
          <w:lang w:val="he-IL" w:bidi="he-IL"/>
          <w:sz w:val="22"/>
          <w:rtl/>
          <w:szCs w:val="22"/>
        </w:rPr>
        <w:t>• להכיר דרכים שבהן אנשים ומדענים מתמודדים יחד עם מחלות עולמיות</w:t>
      </w:r>
    </w:p>
    <w:p>
      <w:pPr>
        <w:bidi/>
        <w:spacing w:after="80"/>
        <w:jc w:val="right"/>
      </w:pPr>
      <w:r>
        <w:rPr>
          <w:rFonts w:ascii="Arial" w:hAnsi="Arial" w:cs="Arial" w:eastAsia="Arial"/>
          <w:lang w:val="he-IL" w:bidi="he-IL"/>
          <w:sz w:val="22"/>
          <w:rtl/>
          <w:szCs w:val="22"/>
        </w:rPr>
        <w:t>• לתרגל הרגלי בריאות אישיים התורמים לבריאות הכלל</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שאלות הבנה</w:t>
      </w:r>
    </w:p>
    <w:p>
      <w:pPr>
        <w:bidi/>
        <w:spacing w:after="40"/>
        <w:jc w:val="right"/>
      </w:pPr>
      <w:r>
        <w:rPr>
          <w:rFonts w:ascii="Arial" w:hAnsi="Arial" w:cs="Arial" w:eastAsia="Arial"/>
          <w:lang w:val="he-IL" w:bidi="he-IL"/>
          <w:sz w:val="22"/>
          <w:rtl/>
          <w:szCs w:val="22"/>
        </w:rPr>
        <w:t>1. ג – בערך יום</w:t>
      </w:r>
    </w:p>
    <w:p>
      <w:pPr>
        <w:bidi/>
        <w:spacing w:after="40"/>
        <w:jc w:val="right"/>
      </w:pPr>
      <w:r>
        <w:rPr>
          <w:rFonts w:ascii="Arial" w:hAnsi="Arial" w:cs="Arial" w:eastAsia="Arial"/>
          <w:lang w:val="he-IL" w:bidi="he-IL"/>
          <w:sz w:val="22"/>
          <w:rtl/>
          <w:szCs w:val="22"/>
        </w:rPr>
        <w:t>2. ב – עם אדם שנדבק ונוסע</w:t>
      </w:r>
    </w:p>
    <w:p>
      <w:pPr>
        <w:bidi/>
        <w:spacing w:after="40"/>
        <w:jc w:val="right"/>
      </w:pPr>
      <w:r>
        <w:rPr>
          <w:rFonts w:ascii="Arial" w:hAnsi="Arial" w:cs="Arial" w:eastAsia="Arial"/>
          <w:lang w:val="he-IL" w:bidi="he-IL"/>
          <w:sz w:val="22"/>
          <w:rtl/>
          <w:szCs w:val="22"/>
        </w:rPr>
        <w:t>3. א – רופאים ומדענים משתפים מידע במהירות</w:t>
      </w:r>
    </w:p>
    <w:p>
      <w:pPr>
        <w:bidi/>
        <w:spacing w:after="40"/>
        <w:jc w:val="right"/>
      </w:pPr>
      <w:r>
        <w:rPr>
          <w:rFonts w:ascii="Arial" w:hAnsi="Arial" w:cs="Arial" w:eastAsia="Arial"/>
          <w:lang w:val="he-IL" w:bidi="he-IL"/>
          <w:sz w:val="22"/>
          <w:rtl/>
          <w:szCs w:val="22"/>
        </w:rPr>
        <w:t>4. א – מערכות סינון וחידוש אוויר</w:t>
      </w:r>
    </w:p>
    <w:p>
      <w:pPr>
        <w:bidi/>
        <w:spacing w:after="40"/>
        <w:jc w:val="right"/>
      </w:pPr>
      <w:r>
        <w:rPr>
          <w:rFonts w:ascii="Arial" w:hAnsi="Arial" w:cs="Arial" w:eastAsia="Arial"/>
          <w:lang w:val="he-IL" w:bidi="he-IL"/>
          <w:sz w:val="22"/>
          <w:rtl/>
          <w:szCs w:val="22"/>
        </w:rPr>
        <w:t>5. ב – לשטוף ידיים ולנוח כשחולים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הטקסט מציין זאת במפורש</w:t>
      </w:r>
    </w:p>
    <w:p>
      <w:pPr>
        <w:bidi/>
        <w:spacing w:after="40"/>
        <w:jc w:val="right"/>
      </w:pPr>
      <w:r>
        <w:rPr>
          <w:rFonts w:ascii="Arial" w:hAnsi="Arial" w:cs="Arial" w:eastAsia="Arial"/>
          <w:lang w:val="he-IL" w:bidi="he-IL"/>
          <w:sz w:val="22"/>
          <w:rtl/>
          <w:szCs w:val="22"/>
        </w:rPr>
        <w:t>2. לא נכון – שיתוף מידע דווקא מהיר ועוזר לטפל מהר יותר</w:t>
      </w:r>
    </w:p>
    <w:p>
      <w:pPr>
        <w:bidi/>
        <w:spacing w:after="40"/>
        <w:jc w:val="right"/>
      </w:pPr>
      <w:r>
        <w:rPr>
          <w:rFonts w:ascii="Arial" w:hAnsi="Arial" w:cs="Arial" w:eastAsia="Arial"/>
          <w:lang w:val="he-IL" w:bidi="he-IL"/>
          <w:sz w:val="22"/>
          <w:rtl/>
          <w:szCs w:val="22"/>
        </w:rPr>
        <w:t>3. נכון – זו דרך למנוע הפצת נגיפים</w:t>
      </w:r>
    </w:p>
    <w:p>
      <w:pPr>
        <w:bidi/>
        <w:spacing w:after="40"/>
        <w:jc w:val="right"/>
      </w:pPr>
      <w:r>
        <w:rPr>
          <w:rFonts w:ascii="Arial" w:hAnsi="Arial" w:cs="Arial" w:eastAsia="Arial"/>
          <w:lang w:val="he-IL" w:bidi="he-IL"/>
          <w:sz w:val="22"/>
          <w:rtl/>
          <w:szCs w:val="22"/>
        </w:rPr>
        <w:t>4. לא נכון – עדיף לנוח בבית כדי לא להדביק אחרים</w:t>
      </w:r>
    </w:p>
    <w:p>
      <w:pPr>
        <w:bidi/>
        <w:spacing w:after="40"/>
        <w:jc w:val="right"/>
      </w:pPr>
      <w:r>
        <w:rPr>
          <w:rFonts w:ascii="Arial" w:hAnsi="Arial" w:cs="Arial" w:eastAsia="Arial"/>
          <w:lang w:val="he-IL" w:bidi="he-IL"/>
          <w:sz w:val="22"/>
          <w:rtl/>
          <w:szCs w:val="22"/>
        </w:rPr>
        <w:t>5. נכון – כך כתוב בטקסט</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יום</w:t>
      </w:r>
    </w:p>
    <w:p>
      <w:pPr>
        <w:bidi/>
        <w:spacing w:after="40"/>
        <w:jc w:val="right"/>
      </w:pPr>
      <w:r>
        <w:rPr>
          <w:rFonts w:ascii="Arial" w:hAnsi="Arial" w:cs="Arial" w:eastAsia="Arial"/>
          <w:lang w:val="he-IL" w:bidi="he-IL"/>
          <w:sz w:val="22"/>
          <w:rtl/>
          <w:szCs w:val="22"/>
        </w:rPr>
        <w:t>2. אחרת</w:t>
      </w:r>
    </w:p>
    <w:p>
      <w:pPr>
        <w:bidi/>
        <w:spacing w:after="40"/>
        <w:jc w:val="right"/>
      </w:pPr>
      <w:r>
        <w:rPr>
          <w:rFonts w:ascii="Arial" w:hAnsi="Arial" w:cs="Arial" w:eastAsia="Arial"/>
          <w:lang w:val="he-IL" w:bidi="he-IL"/>
          <w:sz w:val="22"/>
          <w:rtl/>
          <w:szCs w:val="22"/>
        </w:rPr>
        <w:t>3. מידע</w:t>
      </w:r>
    </w:p>
    <w:p>
      <w:pPr>
        <w:bidi/>
        <w:spacing w:after="40"/>
        <w:jc w:val="right"/>
      </w:pPr>
      <w:r>
        <w:rPr>
          <w:rFonts w:ascii="Arial" w:hAnsi="Arial" w:cs="Arial" w:eastAsia="Arial"/>
          <w:lang w:val="he-IL" w:bidi="he-IL"/>
          <w:sz w:val="22"/>
          <w:rtl/>
          <w:szCs w:val="22"/>
        </w:rPr>
        <w:t>4. סינון</w:t>
      </w:r>
    </w:p>
    <w:p>
      <w:pPr>
        <w:bidi/>
        <w:spacing w:after="40"/>
        <w:jc w:val="right"/>
      </w:pPr>
      <w:r>
        <w:rPr>
          <w:rFonts w:ascii="Arial" w:hAnsi="Arial" w:cs="Arial" w:eastAsia="Arial"/>
          <w:lang w:val="he-IL" w:bidi="he-IL"/>
          <w:sz w:val="22"/>
          <w:rtl/>
          <w:szCs w:val="22"/>
        </w:rPr>
        <w:t>5. מרפק</w:t>
      </w:r>
    </w:p>
    <w:p>
      <w:pPr>
        <w:bidi/>
        <w:spacing w:after="40"/>
        <w:jc w:val="right"/>
      </w:pPr>
      <w:r>
        <w:rPr>
          <w:rFonts w:ascii="Arial" w:hAnsi="Arial" w:cs="Arial" w:eastAsia="Arial"/>
          <w:lang w:val="he-IL" w:bidi="he-IL"/>
          <w:sz w:val="22"/>
          <w:rtl/>
          <w:szCs w:val="22"/>
        </w:rPr>
        <w:t>6. נוח</w:t>
      </w:r>
    </w:p>
    <w:p>
      <w:pPr>
        <w:bidi/>
        <w:pStyle w:val="Heading3"/>
        <w:spacing w:after="80"/>
        <w:jc w:val="right"/>
      </w:pPr>
      <w:r>
        <w:rPr>
          <w:rFonts w:ascii="Arial" w:hAnsi="Arial" w:cs="Arial" w:eastAsia="Arial"/>
          <w:lang w:val="he-IL" w:bidi="he-IL"/>
          <w:b/>
          <w:color w:val="38A169"/>
          <w:sz w:val="26"/>
          <w:rtl/>
          <w:szCs w:val="26"/>
          <w:bCs/>
        </w:rPr>
        <w:t>חלק ד׳ – מיון: מה כל אחד עושה ומה העולם עושה יחד</w:t>
      </w:r>
    </w:p>
    <w:p>
      <w:pPr>
        <w:bidi/>
        <w:spacing w:after="40"/>
        <w:jc w:val="right"/>
      </w:pPr>
      <w:r>
        <w:rPr>
          <w:rFonts w:ascii="Arial" w:hAnsi="Arial" w:cs="Arial" w:eastAsia="Arial"/>
          <w:lang w:val="he-IL" w:bidi="he-IL"/>
          <w:sz w:val="22"/>
          <w:rtl/>
          <w:szCs w:val="22"/>
        </w:rPr>
        <w:t>1 – ו (מה העולם עושה יחד)</w:t>
      </w:r>
    </w:p>
    <w:p>
      <w:pPr>
        <w:bidi/>
        <w:spacing w:after="40"/>
        <w:jc w:val="right"/>
      </w:pPr>
      <w:r>
        <w:rPr>
          <w:rFonts w:ascii="Arial" w:hAnsi="Arial" w:cs="Arial" w:eastAsia="Arial"/>
          <w:lang w:val="he-IL" w:bidi="he-IL"/>
          <w:sz w:val="22"/>
          <w:rtl/>
          <w:szCs w:val="22"/>
        </w:rPr>
        <w:t>2 – ב (מה העולם עושה יחד)</w:t>
      </w:r>
    </w:p>
    <w:p>
      <w:pPr>
        <w:bidi/>
        <w:spacing w:after="40"/>
        <w:jc w:val="right"/>
      </w:pPr>
      <w:r>
        <w:rPr>
          <w:rFonts w:ascii="Arial" w:hAnsi="Arial" w:cs="Arial" w:eastAsia="Arial"/>
          <w:lang w:val="he-IL" w:bidi="he-IL"/>
          <w:sz w:val="22"/>
          <w:rtl/>
          <w:szCs w:val="22"/>
        </w:rPr>
        <w:t>3 – ג (מה העולם עושה יחד)</w:t>
      </w:r>
    </w:p>
    <w:p>
      <w:pPr>
        <w:bidi/>
        <w:spacing w:after="40"/>
        <w:jc w:val="right"/>
      </w:pPr>
      <w:r>
        <w:rPr>
          <w:rFonts w:ascii="Arial" w:hAnsi="Arial" w:cs="Arial" w:eastAsia="Arial"/>
          <w:lang w:val="he-IL" w:bidi="he-IL"/>
          <w:sz w:val="22"/>
          <w:rtl/>
          <w:szCs w:val="22"/>
        </w:rPr>
        <w:t>4 – א (מה כל אחד עושה)</w:t>
      </w:r>
    </w:p>
    <w:p>
      <w:pPr>
        <w:bidi/>
        <w:spacing w:after="40"/>
        <w:jc w:val="right"/>
      </w:pPr>
      <w:r>
        <w:rPr>
          <w:rFonts w:ascii="Arial" w:hAnsi="Arial" w:cs="Arial" w:eastAsia="Arial"/>
          <w:lang w:val="he-IL" w:bidi="he-IL"/>
          <w:sz w:val="22"/>
          <w:rtl/>
          <w:szCs w:val="22"/>
        </w:rPr>
        <w:t>5 – ד (מה כל אחד עושה)</w:t>
      </w:r>
    </w:p>
    <w:p>
      <w:pPr>
        <w:bidi/>
        <w:spacing w:after="40"/>
        <w:jc w:val="right"/>
      </w:pPr>
      <w:r>
        <w:rPr>
          <w:rFonts w:ascii="Arial" w:hAnsi="Arial" w:cs="Arial" w:eastAsia="Arial"/>
          <w:lang w:val="he-IL" w:bidi="he-IL"/>
          <w:sz w:val="22"/>
          <w:rtl/>
          <w:szCs w:val="22"/>
        </w:rPr>
        <w:t>6 – ה (מה כל אחד עושה)</w:t>
      </w:r>
    </w:p>
    <w:p>
      <w:pPr>
        <w:bidi/>
        <w:pStyle w:val="Heading3"/>
        <w:spacing w:after="80"/>
        <w:jc w:val="right"/>
      </w:pPr>
      <w:r>
        <w:rPr>
          <w:rFonts w:ascii="Arial" w:hAnsi="Arial" w:cs="Arial" w:eastAsia="Arial"/>
          <w:lang w:val="he-IL" w:bidi="he-IL"/>
          <w:b/>
          <w:color w:val="805AD5"/>
          <w:sz w:val="26"/>
          <w:rtl/>
          <w:szCs w:val="26"/>
          <w:bCs/>
        </w:rPr>
        <w:t>חלק ה׳ – קוראים בין השורות</w:t>
      </w:r>
    </w:p>
    <w:p>
      <w:pPr>
        <w:bidi/>
        <w:spacing w:after="40"/>
        <w:jc w:val="right"/>
      </w:pPr>
      <w:r>
        <w:rPr>
          <w:rFonts w:ascii="Arial" w:hAnsi="Arial" w:cs="Arial" w:eastAsia="Arial"/>
          <w:lang w:val="he-IL" w:bidi="he-IL"/>
          <w:sz w:val="22"/>
          <w:rtl/>
          <w:szCs w:val="22"/>
        </w:rPr>
        <w:t>1. ד – כי הם יכולים להפיץ מחלות מהר, אבל גם להפיץ ידע ועזרה מהר</w:t>
      </w:r>
    </w:p>
    <w:p>
      <w:pPr>
        <w:bidi/>
        <w:spacing w:after="40"/>
        <w:jc w:val="right"/>
      </w:pPr>
      <w:r>
        <w:rPr>
          <w:rFonts w:ascii="Arial" w:hAnsi="Arial" w:cs="Arial" w:eastAsia="Arial"/>
          <w:lang w:val="he-IL" w:bidi="he-IL"/>
          <w:sz w:val="22"/>
          <w:rtl/>
          <w:szCs w:val="22"/>
        </w:rPr>
        <w:t>2. א – כי יש ביניהן הרבה טיסות ישירות</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חופשית - יש לבדוק שכוללת לפחות 3 הרגלים כמו שטיפת ידיים, שיעול למרפק, הישארות בבית בזמן מחלה</w:t>
      </w:r>
    </w:p>
    <w:p>
      <w:pPr>
        <w:bidi/>
        <w:spacing w:after="40"/>
        <w:jc w:val="right"/>
      </w:pPr>
      <w:r>
        <w:rPr>
          <w:rFonts w:ascii="Arial" w:hAnsi="Arial" w:cs="Arial" w:eastAsia="Arial"/>
          <w:lang w:val="he-IL" w:bidi="he-IL"/>
          <w:sz w:val="22"/>
          <w:rtl/>
          <w:szCs w:val="22"/>
        </w:rPr>
        <w:t>2. תשובה חופשית - חשוב לבדוק נימוק הגיוני המתייחס גם ליתרונות וגם לאתגרים שהוזכרו בטקסט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טיסות מהירות בין יבשות מאפשרות לנגיפים לעבור בין מדינות במהירות</w:t>
      </w:r>
    </w:p>
    <w:p>
      <w:pPr>
        <w:bidi/>
        <w:spacing w:after="80"/>
        <w:jc w:val="right"/>
      </w:pPr>
      <w:r>
        <w:rPr>
          <w:rFonts w:ascii="Arial" w:hAnsi="Arial" w:cs="Arial" w:eastAsia="Arial"/>
          <w:lang w:val="he-IL" w:bidi="he-IL"/>
          <w:sz w:val="22"/>
          <w:rtl/>
          <w:szCs w:val="22"/>
        </w:rPr>
        <w:t>• תשובות אפשריות: שטיפת ידיים, שיעול למרפק, מנוחה בבית כשחולים</w:t>
      </w:r>
    </w:p>
    <w:p>
      <w:pPr>
        <w:bidi/>
        <w:spacing w:after="80"/>
        <w:jc w:val="right"/>
      </w:pPr>
      <w:r>
        <w:rPr>
          <w:rFonts w:ascii="Arial" w:hAnsi="Arial" w:cs="Arial" w:eastAsia="Arial"/>
          <w:lang w:val="he-IL" w:bidi="he-IL"/>
          <w:sz w:val="22"/>
          <w:rtl/>
          <w:szCs w:val="22"/>
        </w:rPr>
        <w:t>• משתפים מידע במהירות, מזהים מחלות מוקדם ומתאמים דרכי טיפול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מי בכיתה טס פעם למדינה אחרת, וכמה זמן זה לקח</w:t>
      </w:r>
    </w:p>
    <w:p>
      <w:pPr>
        <w:bidi/>
        <w:spacing w:after="80"/>
        <w:jc w:val="right"/>
      </w:pPr>
      <w:r>
        <w:rPr>
          <w:rFonts w:ascii="Arial" w:hAnsi="Arial" w:cs="Arial" w:eastAsia="Arial"/>
          <w:lang w:val="he-IL" w:bidi="he-IL"/>
          <w:sz w:val="22"/>
          <w:rtl/>
          <w:szCs w:val="22"/>
        </w:rPr>
        <w:t>• כדאי להדגיש שהחיבור העולמי הוא גם הזדמנות (שיתוף ידע) וגם אתגר (הפצת מחלות)</w:t>
      </w:r>
    </w:p>
    <w:p>
      <w:pPr>
        <w:bidi/>
        <w:spacing w:after="80"/>
        <w:jc w:val="right"/>
      </w:pPr>
      <w:r>
        <w:rPr>
          <w:rFonts w:ascii="Arial" w:hAnsi="Arial" w:cs="Arial" w:eastAsia="Arial"/>
          <w:lang w:val="he-IL" w:bidi="he-IL"/>
          <w:sz w:val="22"/>
          <w:rtl/>
          <w:szCs w:val="22"/>
        </w:rPr>
        <w:t>• משימת המיון מתאימה לעבודה בזוגות לפני דיון כיתתי משותף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מחלה שעולה על מטוס</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מטוס יכול להגיע לצד השני של העולם ביום אחד. בדף הזה נבדוק איך החיבור המהיר הזה עוזר לאנשים, אבל גם עוזר למחלות לעבור בין מדינות, ומה אפשר לעשות כדי לשמור על בריאות כולם.</w:t>
      </w:r>
    </w:p>
    <w:p>
      <w:pPr>
        <w:bidi/>
        <w:pStyle w:val="Heading2"/>
        <w:spacing w:after="80"/>
        <w:jc w:val="right"/>
      </w:pPr>
      <w:r>
        <w:rPr>
          <w:rFonts w:ascii="Arial" w:hAnsi="Arial" w:cs="Arial" w:eastAsia="Arial"/>
          <w:lang w:val="he-IL" w:bidi="he-IL"/>
          <w:b/>
          <w:color w:val="E53E3E"/>
          <w:sz w:val="28"/>
          <w:rtl/>
          <w:szCs w:val="28"/>
          <w:bCs/>
        </w:rPr>
        <w:t>1  חלק א׳ – שאלות 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זמן לוקח היום להגיע במטוס לצד השני של העולם?</w:t>
      </w:r>
    </w:p>
    <w:p>
      <w:pPr>
        <w:bidi/>
        <w:spacing w:after="20"/>
        <w:jc w:val="right"/>
      </w:pPr>
      <w:r>
        <w:rPr>
          <w:rFonts w:ascii="Arial" w:hAnsi="Arial" w:cs="Arial" w:eastAsia="Arial"/>
          <w:lang w:val="he-IL" w:bidi="he-IL"/>
          <w:sz w:val="24"/>
          <w:rtl/>
          <w:szCs w:val="24"/>
        </w:rPr>
        <w:t xml:space="preserve">      ☐ א. שבועות</w:t>
      </w:r>
    </w:p>
    <w:p>
      <w:pPr>
        <w:bidi/>
        <w:spacing w:after="20"/>
        <w:jc w:val="right"/>
      </w:pPr>
      <w:r>
        <w:rPr>
          <w:rFonts w:ascii="Arial" w:hAnsi="Arial" w:cs="Arial" w:eastAsia="Arial"/>
          <w:lang w:val="he-IL" w:bidi="he-IL"/>
          <w:sz w:val="24"/>
          <w:rtl/>
          <w:szCs w:val="24"/>
        </w:rPr>
        <w:t xml:space="preserve">      ☐ ב. חודשים</w:t>
      </w:r>
    </w:p>
    <w:p>
      <w:pPr>
        <w:bidi/>
        <w:spacing w:after="20"/>
        <w:jc w:val="right"/>
      </w:pPr>
      <w:r>
        <w:rPr>
          <w:rFonts w:ascii="Arial" w:hAnsi="Arial" w:cs="Arial" w:eastAsia="Arial"/>
          <w:lang w:val="he-IL" w:bidi="he-IL"/>
          <w:sz w:val="24"/>
          <w:rtl/>
          <w:szCs w:val="24"/>
        </w:rPr>
        <w:t xml:space="preserve">      ☐ ג. בערך יום</w:t>
      </w:r>
    </w:p>
    <w:p>
      <w:pPr>
        <w:bidi/>
        <w:spacing w:after="20"/>
        <w:jc w:val="right"/>
      </w:pPr>
      <w:r>
        <w:rPr>
          <w:rFonts w:ascii="Arial" w:hAnsi="Arial" w:cs="Arial" w:eastAsia="Arial"/>
          <w:lang w:val="he-IL" w:bidi="he-IL"/>
          <w:sz w:val="24"/>
          <w:rtl/>
          <w:szCs w:val="24"/>
        </w:rPr>
        <w:t xml:space="preserve">      ☐ ד. שנה</w:t>
      </w:r>
    </w:p>
    <w:p>
      <w:pPr>
        <w:bidi/>
        <w:spacing w:after="20"/>
        <w:jc w:val="right"/>
      </w:pPr>
      <w:r>
        <w:rPr>
          <w:rFonts w:ascii="Arial" w:hAnsi="Arial" w:cs="Arial" w:eastAsia="Arial"/>
          <w:lang w:val="he-IL" w:bidi="he-IL"/>
          <w:b/>
          <w:sz w:val="24"/>
          <w:rtl/>
          <w:szCs w:val="24"/>
          <w:bCs/>
        </w:rPr>
        <w:t>2. איך יכול נגיף לעבור ממדינה למדינה?</w:t>
      </w:r>
    </w:p>
    <w:p>
      <w:pPr>
        <w:bidi/>
        <w:spacing w:after="20"/>
        <w:jc w:val="right"/>
      </w:pPr>
      <w:r>
        <w:rPr>
          <w:rFonts w:ascii="Arial" w:hAnsi="Arial" w:cs="Arial" w:eastAsia="Arial"/>
          <w:lang w:val="he-IL" w:bidi="he-IL"/>
          <w:sz w:val="24"/>
          <w:rtl/>
          <w:szCs w:val="24"/>
        </w:rPr>
        <w:t xml:space="preserve">      ☐ א. דרך כבלי חשמל</w:t>
      </w:r>
    </w:p>
    <w:p>
      <w:pPr>
        <w:bidi/>
        <w:spacing w:after="20"/>
        <w:jc w:val="right"/>
      </w:pPr>
      <w:r>
        <w:rPr>
          <w:rFonts w:ascii="Arial" w:hAnsi="Arial" w:cs="Arial" w:eastAsia="Arial"/>
          <w:lang w:val="he-IL" w:bidi="he-IL"/>
          <w:sz w:val="24"/>
          <w:rtl/>
          <w:szCs w:val="24"/>
        </w:rPr>
        <w:t xml:space="preserve">      ☐ ב. עם אדם שנדבק ונוסע</w:t>
      </w:r>
    </w:p>
    <w:p>
      <w:pPr>
        <w:bidi/>
        <w:spacing w:after="20"/>
        <w:jc w:val="right"/>
      </w:pPr>
      <w:r>
        <w:rPr>
          <w:rFonts w:ascii="Arial" w:hAnsi="Arial" w:cs="Arial" w:eastAsia="Arial"/>
          <w:lang w:val="he-IL" w:bidi="he-IL"/>
          <w:sz w:val="24"/>
          <w:rtl/>
          <w:szCs w:val="24"/>
        </w:rPr>
        <w:t xml:space="preserve">      ☐ ג. דרך הטלוויזיה</w:t>
      </w:r>
    </w:p>
    <w:p>
      <w:pPr>
        <w:bidi/>
        <w:spacing w:after="20"/>
        <w:jc w:val="right"/>
      </w:pPr>
      <w:r>
        <w:rPr>
          <w:rFonts w:ascii="Arial" w:hAnsi="Arial" w:cs="Arial" w:eastAsia="Arial"/>
          <w:lang w:val="he-IL" w:bidi="he-IL"/>
          <w:sz w:val="24"/>
          <w:rtl/>
          <w:szCs w:val="24"/>
        </w:rPr>
        <w:t xml:space="preserve">      ☐ ד. בגלל שינוי מזג אוויר בלבד</w:t>
      </w:r>
    </w:p>
    <w:p>
      <w:pPr>
        <w:bidi/>
        <w:spacing w:after="20"/>
        <w:jc w:val="right"/>
      </w:pPr>
      <w:r>
        <w:rPr>
          <w:rFonts w:ascii="Arial" w:hAnsi="Arial" w:cs="Arial" w:eastAsia="Arial"/>
          <w:lang w:val="he-IL" w:bidi="he-IL"/>
          <w:b/>
          <w:sz w:val="24"/>
          <w:rtl/>
          <w:szCs w:val="24"/>
          <w:bCs/>
        </w:rPr>
        <w:t>3. איך העולם המחובר עוזר להתמודד עם מחלות?</w:t>
      </w:r>
    </w:p>
    <w:p>
      <w:pPr>
        <w:bidi/>
        <w:spacing w:after="20"/>
        <w:jc w:val="right"/>
      </w:pPr>
      <w:r>
        <w:rPr>
          <w:rFonts w:ascii="Arial" w:hAnsi="Arial" w:cs="Arial" w:eastAsia="Arial"/>
          <w:lang w:val="he-IL" w:bidi="he-IL"/>
          <w:sz w:val="24"/>
          <w:rtl/>
          <w:szCs w:val="24"/>
        </w:rPr>
        <w:t xml:space="preserve">      ☐ א. רופאים ומדענים משתפים מידע במהירות</w:t>
      </w:r>
    </w:p>
    <w:p>
      <w:pPr>
        <w:bidi/>
        <w:spacing w:after="20"/>
        <w:jc w:val="right"/>
      </w:pPr>
      <w:r>
        <w:rPr>
          <w:rFonts w:ascii="Arial" w:hAnsi="Arial" w:cs="Arial" w:eastAsia="Arial"/>
          <w:lang w:val="he-IL" w:bidi="he-IL"/>
          <w:sz w:val="24"/>
          <w:rtl/>
          <w:szCs w:val="24"/>
        </w:rPr>
        <w:t xml:space="preserve">      ☐ ב. כולם מפסיקים לטוס</w:t>
      </w:r>
    </w:p>
    <w:p>
      <w:pPr>
        <w:bidi/>
        <w:spacing w:after="20"/>
        <w:jc w:val="right"/>
      </w:pPr>
      <w:r>
        <w:rPr>
          <w:rFonts w:ascii="Arial" w:hAnsi="Arial" w:cs="Arial" w:eastAsia="Arial"/>
          <w:lang w:val="he-IL" w:bidi="he-IL"/>
          <w:sz w:val="24"/>
          <w:rtl/>
          <w:szCs w:val="24"/>
        </w:rPr>
        <w:t xml:space="preserve">      ☐ ג. מחלות נעלמות לבד</w:t>
      </w:r>
    </w:p>
    <w:p>
      <w:pPr>
        <w:bidi/>
        <w:spacing w:after="20"/>
        <w:jc w:val="right"/>
      </w:pPr>
      <w:r>
        <w:rPr>
          <w:rFonts w:ascii="Arial" w:hAnsi="Arial" w:cs="Arial" w:eastAsia="Arial"/>
          <w:lang w:val="he-IL" w:bidi="he-IL"/>
          <w:sz w:val="24"/>
          <w:rtl/>
          <w:szCs w:val="24"/>
        </w:rPr>
        <w:t xml:space="preserve">      ☐ ד. אין צורך בשטיפת ידיים</w:t>
      </w:r>
    </w:p>
    <w:p>
      <w:pPr>
        <w:bidi/>
        <w:spacing w:after="20"/>
        <w:jc w:val="right"/>
      </w:pPr>
      <w:r>
        <w:rPr>
          <w:rFonts w:ascii="Arial" w:hAnsi="Arial" w:cs="Arial" w:eastAsia="Arial"/>
          <w:lang w:val="he-IL" w:bidi="he-IL"/>
          <w:b/>
          <w:sz w:val="24"/>
          <w:rtl/>
          <w:szCs w:val="24"/>
          <w:bCs/>
        </w:rPr>
        <w:t>4. מה יש בשדות תעופה ובמטוסים כדי לשמור על בריאות הנוסעים?</w:t>
      </w:r>
    </w:p>
    <w:p>
      <w:pPr>
        <w:bidi/>
        <w:spacing w:after="20"/>
        <w:jc w:val="right"/>
      </w:pPr>
      <w:r>
        <w:rPr>
          <w:rFonts w:ascii="Arial" w:hAnsi="Arial" w:cs="Arial" w:eastAsia="Arial"/>
          <w:lang w:val="he-IL" w:bidi="he-IL"/>
          <w:sz w:val="24"/>
          <w:rtl/>
          <w:szCs w:val="24"/>
        </w:rPr>
        <w:t xml:space="preserve">      ☐ א. מערכות סינון וחידוש אוויר</w:t>
      </w:r>
    </w:p>
    <w:p>
      <w:pPr>
        <w:bidi/>
        <w:spacing w:after="20"/>
        <w:jc w:val="right"/>
      </w:pPr>
      <w:r>
        <w:rPr>
          <w:rFonts w:ascii="Arial" w:hAnsi="Arial" w:cs="Arial" w:eastAsia="Arial"/>
          <w:lang w:val="he-IL" w:bidi="he-IL"/>
          <w:sz w:val="24"/>
          <w:rtl/>
          <w:szCs w:val="24"/>
        </w:rPr>
        <w:t xml:space="preserve">      ☐ ב. מסכי טלוויזיה גדולים</w:t>
      </w:r>
    </w:p>
    <w:p>
      <w:pPr>
        <w:bidi/>
        <w:spacing w:after="20"/>
        <w:jc w:val="right"/>
      </w:pPr>
      <w:r>
        <w:rPr>
          <w:rFonts w:ascii="Arial" w:hAnsi="Arial" w:cs="Arial" w:eastAsia="Arial"/>
          <w:lang w:val="he-IL" w:bidi="he-IL"/>
          <w:sz w:val="24"/>
          <w:rtl/>
          <w:szCs w:val="24"/>
        </w:rPr>
        <w:t xml:space="preserve">      ☐ ג. מים קרים בלבד</w:t>
      </w:r>
    </w:p>
    <w:p>
      <w:pPr>
        <w:bidi/>
        <w:spacing w:after="20"/>
        <w:jc w:val="right"/>
      </w:pPr>
      <w:r>
        <w:rPr>
          <w:rFonts w:ascii="Arial" w:hAnsi="Arial" w:cs="Arial" w:eastAsia="Arial"/>
          <w:lang w:val="he-IL" w:bidi="he-IL"/>
          <w:sz w:val="24"/>
          <w:rtl/>
          <w:szCs w:val="24"/>
        </w:rPr>
        <w:t xml:space="preserve">      ☐ ד. כיסאות נוחים</w:t>
      </w:r>
    </w:p>
    <w:p>
      <w:pPr>
        <w:bidi/>
        <w:spacing w:after="20"/>
        <w:jc w:val="right"/>
      </w:pPr>
      <w:r>
        <w:rPr>
          <w:rFonts w:ascii="Arial" w:hAnsi="Arial" w:cs="Arial" w:eastAsia="Arial"/>
          <w:lang w:val="he-IL" w:bidi="he-IL"/>
          <w:b/>
          <w:sz w:val="24"/>
          <w:rtl/>
          <w:szCs w:val="24"/>
          <w:bCs/>
        </w:rPr>
        <w:t>5. מה אנחנו יכולים לעשות כנוסעים או תלמידים כדי לשמור על בריאות כולם?</w:t>
      </w:r>
    </w:p>
    <w:p>
      <w:pPr>
        <w:bidi/>
        <w:spacing w:after="20"/>
        <w:jc w:val="right"/>
      </w:pPr>
      <w:r>
        <w:rPr>
          <w:rFonts w:ascii="Arial" w:hAnsi="Arial" w:cs="Arial" w:eastAsia="Arial"/>
          <w:lang w:val="he-IL" w:bidi="he-IL"/>
          <w:sz w:val="24"/>
          <w:rtl/>
          <w:szCs w:val="24"/>
        </w:rPr>
        <w:t xml:space="preserve">      ☐ א. לנסוע הרבה יותר</w:t>
      </w:r>
    </w:p>
    <w:p>
      <w:pPr>
        <w:bidi/>
        <w:spacing w:after="20"/>
        <w:jc w:val="right"/>
      </w:pPr>
      <w:r>
        <w:rPr>
          <w:rFonts w:ascii="Arial" w:hAnsi="Arial" w:cs="Arial" w:eastAsia="Arial"/>
          <w:lang w:val="he-IL" w:bidi="he-IL"/>
          <w:sz w:val="24"/>
          <w:rtl/>
          <w:szCs w:val="24"/>
        </w:rPr>
        <w:t xml:space="preserve">      ☐ ב. לשטוף ידיים ולנוח כשחולים</w:t>
      </w:r>
    </w:p>
    <w:p>
      <w:pPr>
        <w:bidi/>
        <w:spacing w:after="20"/>
        <w:jc w:val="right"/>
      </w:pPr>
      <w:r>
        <w:rPr>
          <w:rFonts w:ascii="Arial" w:hAnsi="Arial" w:cs="Arial" w:eastAsia="Arial"/>
          <w:lang w:val="he-IL" w:bidi="he-IL"/>
          <w:sz w:val="24"/>
          <w:rtl/>
          <w:szCs w:val="24"/>
        </w:rPr>
        <w:t xml:space="preserve">      ☐ ג. להתעלם מתחושת מחלה</w:t>
      </w:r>
    </w:p>
    <w:p>
      <w:pPr>
        <w:bidi/>
        <w:spacing w:after="20"/>
        <w:jc w:val="right"/>
      </w:pPr>
      <w:r>
        <w:rPr>
          <w:rFonts w:ascii="Arial" w:hAnsi="Arial" w:cs="Arial" w:eastAsia="Arial"/>
          <w:lang w:val="he-IL" w:bidi="he-IL"/>
          <w:sz w:val="24"/>
          <w:rtl/>
          <w:szCs w:val="24"/>
        </w:rPr>
        <w:t xml:space="preserve">      ☐ ד. לא לצאת מהבית לעולם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גם מחלות עונתיות כמו שפעת עוברות בין יבשות.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שיתוף מידע בין מדענים במדינות שונות מעכב את הטיפול.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שיעול לתוך המרפק עוזר להפחית העברה של נגיפים.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כשמרגישים חולים, עדיף להגיע לכיתה ולא לנוח.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לפני מאות שנים מסע בין יבשות נמשך שבועות וחודשים.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מטוס יכול להגיע לצד השני של העולם בתוך __________.</w:t>
      </w:r>
    </w:p>
    <w:p>
      <w:pPr>
        <w:bidi/>
        <w:spacing w:after="80"/>
        <w:jc w:val="right"/>
      </w:pPr>
      <w:r>
        <w:rPr>
          <w:rFonts w:ascii="Arial" w:hAnsi="Arial" w:cs="Arial" w:eastAsia="Arial"/>
          <w:lang w:val="he-IL" w:bidi="he-IL"/>
          <w:sz w:val="24"/>
          <w:rtl/>
          <w:szCs w:val="24"/>
        </w:rPr>
        <w:t>2. אדם שנדבק בנגיף יכול להביא אותו איתו למדינה __________.</w:t>
      </w:r>
    </w:p>
    <w:p>
      <w:pPr>
        <w:bidi/>
        <w:spacing w:after="80"/>
        <w:jc w:val="right"/>
      </w:pPr>
      <w:r>
        <w:rPr>
          <w:rFonts w:ascii="Arial" w:hAnsi="Arial" w:cs="Arial" w:eastAsia="Arial"/>
          <w:lang w:val="he-IL" w:bidi="he-IL"/>
          <w:sz w:val="24"/>
          <w:rtl/>
          <w:szCs w:val="24"/>
        </w:rPr>
        <w:t>3. רופאים ומדענים משתפים __________ במהירות ומזהים מחלות חדשות.</w:t>
      </w:r>
    </w:p>
    <w:p>
      <w:pPr>
        <w:bidi/>
        <w:spacing w:after="80"/>
        <w:jc w:val="right"/>
      </w:pPr>
      <w:r>
        <w:rPr>
          <w:rFonts w:ascii="Arial" w:hAnsi="Arial" w:cs="Arial" w:eastAsia="Arial"/>
          <w:lang w:val="he-IL" w:bidi="he-IL"/>
          <w:sz w:val="24"/>
          <w:rtl/>
          <w:szCs w:val="24"/>
        </w:rPr>
        <w:t>4. בשדות תעופה יש מערכות ל__________ ולחידוש האוויר.</w:t>
      </w:r>
    </w:p>
    <w:p>
      <w:pPr>
        <w:bidi/>
        <w:spacing w:after="80"/>
        <w:jc w:val="right"/>
      </w:pPr>
      <w:r>
        <w:rPr>
          <w:rFonts w:ascii="Arial" w:hAnsi="Arial" w:cs="Arial" w:eastAsia="Arial"/>
          <w:lang w:val="he-IL" w:bidi="he-IL"/>
          <w:sz w:val="24"/>
          <w:rtl/>
          <w:szCs w:val="24"/>
        </w:rPr>
        <w:t>5. עדיף להשתעל לתוך ה__________ כדי להפחית הדבקה.</w:t>
      </w:r>
    </w:p>
    <w:p>
      <w:pPr>
        <w:bidi/>
        <w:spacing w:after="80"/>
        <w:jc w:val="right"/>
      </w:pPr>
      <w:r>
        <w:rPr>
          <w:rFonts w:ascii="Arial" w:hAnsi="Arial" w:cs="Arial" w:eastAsia="Arial"/>
          <w:lang w:val="he-IL" w:bidi="he-IL"/>
          <w:sz w:val="24"/>
          <w:rtl/>
          <w:szCs w:val="24"/>
        </w:rPr>
        <w:t>6. כשחולים, עדיף ל__________ בבית.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מיון: מה כל אחד עושה ומה העולם עושה יחד</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מדענים משתפים מידע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מה כל אחד עושה</w:t>
            </w:r>
          </w:p>
        </w:tc>
      </w:tr>
      <w:tr>
        <w:tc>
          <w:tcPr>
            <w:tcW w:type="dxa" w:w="3969"/>
          </w:tcPr>
          <w:p>
            <w:pPr>
              <w:bidi/>
              <w:jc w:val="right"/>
            </w:pPr>
            <w:r>
              <w:rPr>
                <w:rFonts w:ascii="Arial" w:hAnsi="Arial" w:cs="Arial" w:eastAsia="Arial"/>
                <w:lang w:val="he-IL" w:bidi="he-IL"/>
                <w:sz w:val="24"/>
                <w:rtl/>
                <w:szCs w:val="24"/>
              </w:rPr>
              <w:t>2. רופאים לומדים זה מזה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מה העולם עושה יחד</w:t>
            </w:r>
          </w:p>
        </w:tc>
      </w:tr>
      <w:tr>
        <w:tc>
          <w:tcPr>
            <w:tcW w:type="dxa" w:w="3969"/>
          </w:tcPr>
          <w:p>
            <w:pPr>
              <w:bidi/>
              <w:jc w:val="right"/>
            </w:pPr>
            <w:r>
              <w:rPr>
                <w:rFonts w:ascii="Arial" w:hAnsi="Arial" w:cs="Arial" w:eastAsia="Arial"/>
                <w:lang w:val="he-IL" w:bidi="he-IL"/>
                <w:sz w:val="24"/>
                <w:rtl/>
                <w:szCs w:val="24"/>
              </w:rPr>
              <w:t>3. מעבדות מתאמות בדיקות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מה העולם עושה יחד</w:t>
            </w:r>
          </w:p>
        </w:tc>
      </w:tr>
      <w:tr>
        <w:tc>
          <w:tcPr>
            <w:tcW w:type="dxa" w:w="3969"/>
          </w:tcPr>
          <w:p>
            <w:pPr>
              <w:bidi/>
              <w:jc w:val="right"/>
            </w:pPr>
            <w:r>
              <w:rPr>
                <w:rFonts w:ascii="Arial" w:hAnsi="Arial" w:cs="Arial" w:eastAsia="Arial"/>
                <w:lang w:val="he-IL" w:bidi="he-IL"/>
                <w:sz w:val="24"/>
                <w:rtl/>
                <w:szCs w:val="24"/>
              </w:rPr>
              <w:t>4. שטיפת ידיים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מה כל אחד עושה</w:t>
            </w:r>
          </w:p>
        </w:tc>
      </w:tr>
      <w:tr>
        <w:tc>
          <w:tcPr>
            <w:tcW w:type="dxa" w:w="3969"/>
          </w:tcPr>
          <w:p>
            <w:pPr>
              <w:bidi/>
              <w:jc w:val="right"/>
            </w:pPr>
            <w:r>
              <w:rPr>
                <w:rFonts w:ascii="Arial" w:hAnsi="Arial" w:cs="Arial" w:eastAsia="Arial"/>
                <w:lang w:val="he-IL" w:bidi="he-IL"/>
                <w:sz w:val="24"/>
                <w:rtl/>
                <w:szCs w:val="24"/>
              </w:rPr>
              <w:t>5. שיעול לתוך המרפק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 כל אחד עושה</w:t>
            </w:r>
          </w:p>
        </w:tc>
      </w:tr>
      <w:tr>
        <w:tc>
          <w:tcPr>
            <w:tcW w:type="dxa" w:w="3969"/>
          </w:tcPr>
          <w:p>
            <w:pPr>
              <w:bidi/>
              <w:jc w:val="right"/>
            </w:pPr>
            <w:r>
              <w:rPr>
                <w:rFonts w:ascii="Arial" w:hAnsi="Arial" w:cs="Arial" w:eastAsia="Arial"/>
                <w:lang w:val="he-IL" w:bidi="he-IL"/>
                <w:sz w:val="24"/>
                <w:rtl/>
                <w:szCs w:val="24"/>
              </w:rPr>
              <w:t>6. מנוחה בבית בזמן מחלה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מה העולם עושה יחד</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קוראים בין השורות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הטקסט אומר שהקשרים בין מקומות פועלים בשני הכיוונים?</w:t>
      </w:r>
    </w:p>
    <w:p>
      <w:pPr>
        <w:bidi/>
        <w:spacing w:after="20"/>
        <w:jc w:val="right"/>
      </w:pPr>
      <w:r>
        <w:rPr>
          <w:rFonts w:ascii="Arial" w:hAnsi="Arial" w:cs="Arial" w:eastAsia="Arial"/>
          <w:lang w:val="he-IL" w:bidi="he-IL"/>
          <w:sz w:val="24"/>
          <w:rtl/>
          <w:szCs w:val="24"/>
        </w:rPr>
        <w:t xml:space="preserve">      ☐ א. כי מטוסים טסים הלוך וחזור</w:t>
      </w:r>
    </w:p>
    <w:p>
      <w:pPr>
        <w:bidi/>
        <w:spacing w:after="20"/>
        <w:jc w:val="right"/>
      </w:pPr>
      <w:r>
        <w:rPr>
          <w:rFonts w:ascii="Arial" w:hAnsi="Arial" w:cs="Arial" w:eastAsia="Arial"/>
          <w:lang w:val="he-IL" w:bidi="he-IL"/>
          <w:sz w:val="24"/>
          <w:rtl/>
          <w:szCs w:val="24"/>
        </w:rPr>
        <w:t xml:space="preserve">      ☐ ב. כי יש שני סוגי נגיפים</w:t>
      </w:r>
    </w:p>
    <w:p>
      <w:pPr>
        <w:bidi/>
        <w:spacing w:after="20"/>
        <w:jc w:val="right"/>
      </w:pPr>
      <w:r>
        <w:rPr>
          <w:rFonts w:ascii="Arial" w:hAnsi="Arial" w:cs="Arial" w:eastAsia="Arial"/>
          <w:lang w:val="he-IL" w:bidi="he-IL"/>
          <w:sz w:val="24"/>
          <w:rtl/>
          <w:szCs w:val="24"/>
        </w:rPr>
        <w:t xml:space="preserve">      ☐ ג. כי רק מדינות גדולות משתפות מידע</w:t>
      </w:r>
    </w:p>
    <w:p>
      <w:pPr>
        <w:bidi/>
        <w:spacing w:after="20"/>
        <w:jc w:val="right"/>
      </w:pPr>
      <w:r>
        <w:rPr>
          <w:rFonts w:ascii="Arial" w:hAnsi="Arial" w:cs="Arial" w:eastAsia="Arial"/>
          <w:lang w:val="he-IL" w:bidi="he-IL"/>
          <w:sz w:val="24"/>
          <w:rtl/>
          <w:szCs w:val="24"/>
        </w:rPr>
        <w:t xml:space="preserve">      ☐ ד. כי הם יכולים להפיץ מחלות מהר, אבל גם להפיץ ידע ועזרה מהר</w:t>
      </w:r>
    </w:p>
    <w:p>
      <w:pPr>
        <w:bidi/>
        <w:spacing w:after="20"/>
        <w:jc w:val="right"/>
      </w:pPr>
      <w:r>
        <w:rPr>
          <w:rFonts w:ascii="Arial" w:hAnsi="Arial" w:cs="Arial" w:eastAsia="Arial"/>
          <w:lang w:val="he-IL" w:bidi="he-IL"/>
          <w:b/>
          <w:sz w:val="24"/>
          <w:rtl/>
          <w:szCs w:val="24"/>
          <w:bCs/>
        </w:rPr>
        <w:t>2. למה שתי ערים רחוקות יכולות להיות קרובות מבחינת התפשטות מחלה?</w:t>
      </w:r>
    </w:p>
    <w:p>
      <w:pPr>
        <w:bidi/>
        <w:spacing w:after="20"/>
        <w:jc w:val="right"/>
      </w:pPr>
      <w:r>
        <w:rPr>
          <w:rFonts w:ascii="Arial" w:hAnsi="Arial" w:cs="Arial" w:eastAsia="Arial"/>
          <w:lang w:val="he-IL" w:bidi="he-IL"/>
          <w:sz w:val="24"/>
          <w:rtl/>
          <w:szCs w:val="24"/>
        </w:rPr>
        <w:t xml:space="preserve">      ☐ א. כי יש ביניהן הרבה טיסות ישירות</w:t>
      </w:r>
    </w:p>
    <w:p>
      <w:pPr>
        <w:bidi/>
        <w:spacing w:after="20"/>
        <w:jc w:val="right"/>
      </w:pPr>
      <w:r>
        <w:rPr>
          <w:rFonts w:ascii="Arial" w:hAnsi="Arial" w:cs="Arial" w:eastAsia="Arial"/>
          <w:lang w:val="he-IL" w:bidi="he-IL"/>
          <w:sz w:val="24"/>
          <w:rtl/>
          <w:szCs w:val="24"/>
        </w:rPr>
        <w:t xml:space="preserve">      ☐ ב. כי הן באותו גודל</w:t>
      </w:r>
    </w:p>
    <w:p>
      <w:pPr>
        <w:bidi/>
        <w:spacing w:after="20"/>
        <w:jc w:val="right"/>
      </w:pPr>
      <w:r>
        <w:rPr>
          <w:rFonts w:ascii="Arial" w:hAnsi="Arial" w:cs="Arial" w:eastAsia="Arial"/>
          <w:lang w:val="he-IL" w:bidi="he-IL"/>
          <w:sz w:val="24"/>
          <w:rtl/>
          <w:szCs w:val="24"/>
        </w:rPr>
        <w:t xml:space="preserve">      ☐ ג. כי יש להן אותו מזג אוויר</w:t>
      </w:r>
    </w:p>
    <w:p>
      <w:pPr>
        <w:bidi/>
        <w:spacing w:after="20"/>
        <w:jc w:val="right"/>
      </w:pPr>
      <w:r>
        <w:rPr>
          <w:rFonts w:ascii="Arial" w:hAnsi="Arial" w:cs="Arial" w:eastAsia="Arial"/>
          <w:lang w:val="he-IL" w:bidi="he-IL"/>
          <w:sz w:val="24"/>
          <w:rtl/>
          <w:szCs w:val="24"/>
        </w:rPr>
        <w:t xml:space="preserve">      ☐ ד. כי הן מדברות באותה שפה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אילו הרגלים פשוטים אתם יכולים לעשות כדי לשמור על הבריאות שלכם ושל אחרים בכיתה? כתבו לפחות שלוש דוגמאות.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האם לדעתכם היתרונות של עולם מחובר (טיולים, מפגשים, ידע) גדולים יותר מהאתגרים (כמו הפצת מחלות)? נמקו את דעתכם.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עוזר למחלות להתפשט מהר יותר בעולם של היום?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לדבר שאנחנו יכולים לעשות כדי לשמור על בריאות הכיתה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מדענים בעולם עוזרים להתמודד עם מחלות חדשות?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מחלה שעולה על מטוס</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