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מחלה שעולה על מטוס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טיסות מקשרות בין יבשות ועוזרות למחלות להתפשט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שבהן אנשים ומדענים מתמודדים יחד עם מחלות עולמיות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הרגלי בריאות אישיים התורמים לבריאות הכלל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בערך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עם אדם שנדבק ונוסע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רופאים ומדענים משתפים מידע במהירות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מערכות סינון וחידוש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לשטוף ידיים ולנוח כשחולים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זאת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שיתוף מידע דווקא מהיר ועוזר לטפל מהר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דרך למנוע הפצת נגיפים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עדיף לנוח בבית כדי לא להדביק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מרפק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מה כל אחד עושה ומה העולם עושה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העולם עושה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העולם עושה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(מה העולם עושה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כל אחד עושה)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 כל אחד עושה)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(מה כל אחד עושה)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קוראים בין השורות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כי הם יכולים להפיץ מחלות מהר, אבל גם להפיץ ידע ועזרה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יש ביניהן הרבה טיסות ישירות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שכוללת לפחות 3 הרגלים כמו שטיפת ידיים, שיעול למרפק, הישארות בבית בזמן מחלה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חשוב לבדוק נימוק הגיוני המתייחס גם ליתרונות וגם לאתגרים שהוזכרו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טיסות מהירות בין יבשות מאפשרות לנגיפים לעבור בין מדינות במהירות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שטיפת ידיים, שיעול למרפק, מנוחה בבית כשחולים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משתפים מידע במהירות, מזהים מחלות מוקדם ומתאמים דרכי טיפול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מי בכיתה טס פעם למדינה אחרת, וכמה זמן זה לקח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שהחיבור העולמי הוא גם הזדמנות (שיתוף ידע) וגם אתגר (הפצת מחלות)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לפני דיון כיתתי משותף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מחלה שעולה על מטוס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מטוס טס מהר מאוד בין מדינות. הדף הזה על זה שגם מחלות יכולות לטוס עם האנשים, ואיך שומרים על הבריאות.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כפר עולמי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כולו מחובר כמו כפר קטן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נגיף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גורם קטן שיכול לגרום למחלה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מחלה עונתית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מחלה שחוזרת בכל שנה באותה תקופה, כמו שפעת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יבשה גדול, כמו אסיה או אירופה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סינון אוויר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ניקוי האוויר ממזהמים או מנגיפים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זריקה או טיפה שעוזרת לגוף להילחם במחלה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שחוקר ולומד על העולם בצורה מדעית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לוקח טיסה לצד השני של העולם?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בערך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נגיף עובר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דרך כבלי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אדם שנדבק ונוסע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דרך הטלוויזיה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שינוי מזג אוויר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להילחם במחלות בעולם מחובר?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רופאים ומדענים משתפים מידע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מפסיקים לטוס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מחלות נעלמות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בשטיפת 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עוזר לאוויר להיות נקי במטוס?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מערכות סינון וחידוש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מסכי טלוויזיה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קרים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כיסאות נוחים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כל אחד יכול לעשות כדי לשמור על 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לנסוע הרבה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לשטוף ידיים ולנוח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מתחושת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לצאת מהבית לעולם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מחלות עונתיות כמו שפעת עוברות בין יבשות.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מידע בין מדענים במדינות שונות מעכב את הטיפול.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שיעול לתוך המרפק עוזר להפחית העברה של נגיפים.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כשמרגישים חולים, עדיף להגיע לכיתה ולא לנוח.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מאות שנים מסע בין יבשות נמשך שבועות וחודשים.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מטוס יכול להגיע לצד השני של העולם בתוך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אדם שנדבק בנגיף יכול להביא אותו איתו למדינה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רופאים ומדענים משתפים __________ במהירות ומזהים מחלות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בשדות תעופה יש מערכות ל__________ ולחידוש האוויר.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עדיף להשתעל לתוך ה__________ כדי להפחית הדבקה.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כשחולים, עדיף ל__________ בבית.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מיון: מה כל אחד עושה ומה העולם עושה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מדענים משתפים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העולם עושה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רופאים לומדים זה מזה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העולם עושה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מעבדות מתאמות בדיקות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כל אחד עושה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שטיפת ידיים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כל אחד עושה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שיעול לתוך המרפק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כל אחד עושה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מנוחה בבית בזמן מחלה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מה העולם עושה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הקשרים בעולם עוזרים וגם מזיקים?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מטוסים טסים הלוך וחזור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שני סוגי נגיפים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רק מדינות גדולות משתפות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הם יכולים להפיץ מחלות מהר, אבל גם להפיץ ידע ועזרה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ערים רחוקות יכולות להיות מחוברות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ביניהן הרבה טיסות ישירות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הן באותו גודל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להן אותו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הן מדברות באותה 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הרגלים פשוטים אתם יכולים לעשות כדי לשמור על הבריאות שלכם ושל אחרים בכיתה? כתבו לפחות שלוש דוגמאות.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היתרונות של עולם מחובר (טיולים, מפגשים, ידע) גדולים יותר מהאתגרים (כמו הפצת מחלות)? נמקו את דעתכם.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למחלות להתפשט מהר יותר בעולם של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שאנחנו יכולים לעשות כדי לשמור על בריאות הכיתה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מדענים בעולם עוזרים להתמודד עם מחלות חדשות?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מחלה שעולה על מטוס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